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研究提案模板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获取方式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开放获取 — 无需注册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适用场景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提交研究项目提案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本研究提案模板为向研究院提交提案提供了结构化格式，包含占位文字、格式说明与各章节填写指引。请在提交前完成全部章节；不完整的提案将被退回。可通过电子邮件将本文件作为附件发送至 research@panorama-sg.com，或通过网站上的研究项目提案表单提交。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项目标题、首席研究员信息、拟属研究中心、提交日期。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［项目标题］</w:t>
              <w:br/>
              <w:t>［首席研究员姓名、所属机构］</w:t>
              <w:br/>
              <w:t>［拟属研究中心］</w:t>
              <w:br/>
              <w:t>［提交日期］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一、项目标题与概述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简明标题及不超过 200 字的项目摘要。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［请填写简明的项目标题，并以约 200 字概述拟议研究的目标与意义。］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二、研究问题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明确、具体的研究问题。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［请列出本项目拟解决的具体研究问题，并编号。］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三、背景与研究依据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研究背景、文献综述概要及项目立项依据。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［请填写研究背景、相关文献综述概要，以及开展本项目的依据。］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四、研究方法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研究设计、研究方法及其合理性说明。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［请描述拟采用的研究设计与方法，并说明其与研究问题的适配性。］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五、预期成果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出版物、数据集或其他成果，并附时间安排。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［请列出预期成果（如工作论文、数据集、政策简报等）及各项成果的预计完成时间。］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六、拟属研究中心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拟隶属的研究院研究中心。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［请说明本项目拟隶属的研究中心，或填写"接受建议"。］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七、首席研究员简介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学术简介及相关出版物。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［请填写首席研究员的学术简介及相关出版物清单。］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八、共同研究者（如有）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姓名、所属机构及分工。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［请列出共同研究者姓名、所属机构及其在项目中的分工。］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伦理声明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说明本项目涉及的任何伦理考量。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［请说明本项目涉及的任何伦理考量（如涉及人类受试者、敏感数据等）及应对方式，若无则填写"未涉及伦理考量"。］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